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1691640" cy="2798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2798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00"/>
      </w:pPr>
      <w:r>
        <w:rPr>
          <w:rFonts w:ascii="Arial" w:hAnsi="Arial"/>
          <w:b/>
          <w:color w:val="001C4C"/>
          <w:sz w:val="38"/>
        </w:rPr>
        <w:t>DRPOWER PRODUCT PRICE LIST 2026</w:t>
      </w:r>
    </w:p>
    <w:p>
      <w:pPr>
        <w:spacing w:after="240"/>
      </w:pPr>
      <w:r>
        <w:t>Distributor price in KES</w:t>
      </w:r>
    </w:p>
    <w:p>
      <w:pPr>
        <w:spacing w:after="160"/>
      </w:pPr>
      <w:r>
        <w:rPr>
          <w:b/>
          <w:color w:val="001C4C"/>
          <w:sz w:val="30"/>
        </w:rPr>
        <w:t>HYBRID AND SOLAR INVERTERS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7D9"/>
          <w:left w:val="single" w:sz="5" w:color="B8C7D9"/>
          <w:bottom w:val="single" w:sz="5" w:color="B8C7D9"/>
          <w:right w:val="single" w:sz="5" w:color="B8C7D9"/>
          <w:insideH w:val="single" w:sz="5" w:color="B8C7D9"/>
          <w:insideV w:val="single" w:sz="5" w:color="B8C7D9"/>
        </w:tblBorders>
      </w:tblPr>
      <w:tblGrid>
        <w:gridCol w:w="648"/>
        <w:gridCol w:w="1987"/>
        <w:gridCol w:w="1584"/>
        <w:gridCol w:w="3542"/>
        <w:gridCol w:w="1886"/>
        <w:gridCol w:w="1253"/>
      </w:tblGrid>
      <w:tr>
        <w:trPr>
          <w:tblHeader/>
        </w:trPr>
        <w:tc>
          <w:tcPr>
            <w:tcW w:type="dxa" w:w="648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987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Model</w:t>
            </w:r>
          </w:p>
        </w:tc>
        <w:tc>
          <w:tcPr>
            <w:tcW w:type="dxa" w:w="1584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Photo</w:t>
            </w:r>
          </w:p>
        </w:tc>
        <w:tc>
          <w:tcPr>
            <w:tcW w:type="dxa" w:w="3542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TECHNICAL KEY FEATURES</w:t>
            </w:r>
          </w:p>
        </w:tc>
        <w:tc>
          <w:tcPr>
            <w:tcW w:type="dxa" w:w="1886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Distributor Price (KES)</w:t>
            </w:r>
          </w:p>
        </w:tc>
        <w:tc>
          <w:tcPr>
            <w:tcW w:type="dxa" w:w="1253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Warranty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1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DPGA1200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59335" cy="85039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33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1.2 kW</w:t>
              <w:br/>
              <w:t>• 12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2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DPGA3624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59335" cy="85039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33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3.6 kW</w:t>
              <w:br/>
              <w:t>• 24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3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DPGA6248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59335" cy="85039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33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6.5 kW</w:t>
              <w:br/>
              <w:t>• 48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4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DPGA12000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59335" cy="85039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33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12 kW</w:t>
              <w:br/>
              <w:t>• 48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5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DPGA6248B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59335" cy="85039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33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6.5 kW</w:t>
              <w:br/>
              <w:t>• 48 V</w:t>
              <w:br/>
              <w:t>• parallel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6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DP1512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64674" cy="850392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674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1.2 kW</w:t>
              <w:br/>
              <w:t>• 12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</w:tbl>
    <w:p>
      <w:pPr>
        <w:spacing w:before="140"/>
      </w:pPr>
      <w:r>
        <w:rPr>
          <w:color w:val="6A7481"/>
          <w:sz w:val="14"/>
        </w:rPr>
        <w:t>Source: DRPOWER 2026 catalogue. Photos represent the catalogue product series.</w:t>
      </w:r>
    </w:p>
    <w:p>
      <w:r>
        <w:br w:type="page"/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1691640" cy="27986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2798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00"/>
      </w:pPr>
      <w:r>
        <w:rPr>
          <w:rFonts w:ascii="Arial" w:hAnsi="Arial"/>
          <w:b/>
          <w:color w:val="001C4C"/>
          <w:sz w:val="38"/>
        </w:rPr>
        <w:t>DRPOWER PRODUCT PRICE LIST 2026</w:t>
      </w:r>
    </w:p>
    <w:p>
      <w:pPr>
        <w:spacing w:after="240"/>
      </w:pPr>
      <w:r>
        <w:t>Distributor price in KES</w:t>
      </w:r>
    </w:p>
    <w:p>
      <w:pPr>
        <w:spacing w:after="160"/>
      </w:pPr>
      <w:r>
        <w:rPr>
          <w:b/>
          <w:color w:val="001C4C"/>
          <w:sz w:val="30"/>
        </w:rPr>
        <w:t>HYBRID AND SOLAR INVERTERS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7D9"/>
          <w:left w:val="single" w:sz="5" w:color="B8C7D9"/>
          <w:bottom w:val="single" w:sz="5" w:color="B8C7D9"/>
          <w:right w:val="single" w:sz="5" w:color="B8C7D9"/>
          <w:insideH w:val="single" w:sz="5" w:color="B8C7D9"/>
          <w:insideV w:val="single" w:sz="5" w:color="B8C7D9"/>
        </w:tblBorders>
      </w:tblPr>
      <w:tblGrid>
        <w:gridCol w:w="648"/>
        <w:gridCol w:w="1987"/>
        <w:gridCol w:w="1584"/>
        <w:gridCol w:w="3542"/>
        <w:gridCol w:w="1886"/>
        <w:gridCol w:w="1253"/>
      </w:tblGrid>
      <w:tr>
        <w:trPr>
          <w:tblHeader/>
        </w:trPr>
        <w:tc>
          <w:tcPr>
            <w:tcW w:type="dxa" w:w="648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987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Model</w:t>
            </w:r>
          </w:p>
        </w:tc>
        <w:tc>
          <w:tcPr>
            <w:tcW w:type="dxa" w:w="1584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Photo</w:t>
            </w:r>
          </w:p>
        </w:tc>
        <w:tc>
          <w:tcPr>
            <w:tcW w:type="dxa" w:w="3542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TECHNICAL KEY FEATURES</w:t>
            </w:r>
          </w:p>
        </w:tc>
        <w:tc>
          <w:tcPr>
            <w:tcW w:type="dxa" w:w="1886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Distributor Price (KES)</w:t>
            </w:r>
          </w:p>
        </w:tc>
        <w:tc>
          <w:tcPr>
            <w:tcW w:type="dxa" w:w="1253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Warranty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7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DP2024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64674" cy="85039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674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1.6 kW</w:t>
              <w:br/>
              <w:t>• 24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8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DPED3024EMH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51432" cy="850392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d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432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3 kW</w:t>
              <w:br/>
              <w:t>• 24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9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DPED6248EMH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51432" cy="850392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d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432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6.2 kW</w:t>
              <w:br/>
              <w:t>• 48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10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DPED11048EMH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47051" cy="850392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d11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051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11 kW</w:t>
              <w:br/>
              <w:t>• 48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11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DPT3624SMH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33393" cy="850392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93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3.6 kW</w:t>
              <w:br/>
              <w:t>• 24 V</w:t>
              <w:br/>
              <w:t>• touchscreen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12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DPT6248SMH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33393" cy="850392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93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6.2 kW</w:t>
              <w:br/>
              <w:t>• 48 V</w:t>
              <w:br/>
              <w:t>• touchscreen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</w:tbl>
    <w:p>
      <w:pPr>
        <w:spacing w:before="140"/>
      </w:pPr>
      <w:r>
        <w:rPr>
          <w:color w:val="6A7481"/>
          <w:sz w:val="14"/>
        </w:rPr>
        <w:t>Source: DRPOWER 2026 catalogue. Photos represent the catalogue product series.</w:t>
      </w:r>
    </w:p>
    <w:p>
      <w:r>
        <w:br w:type="page"/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1691640" cy="279867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2798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00"/>
      </w:pPr>
      <w:r>
        <w:rPr>
          <w:rFonts w:ascii="Arial" w:hAnsi="Arial"/>
          <w:b/>
          <w:color w:val="001C4C"/>
          <w:sz w:val="38"/>
        </w:rPr>
        <w:t>DRPOWER PRODUCT PRICE LIST 2026</w:t>
      </w:r>
    </w:p>
    <w:p>
      <w:pPr>
        <w:spacing w:after="240"/>
      </w:pPr>
      <w:r>
        <w:t>Distributor price in KES</w:t>
      </w:r>
    </w:p>
    <w:p>
      <w:pPr>
        <w:spacing w:after="160"/>
      </w:pPr>
      <w:r>
        <w:rPr>
          <w:b/>
          <w:color w:val="001C4C"/>
          <w:sz w:val="30"/>
        </w:rPr>
        <w:t>HYBRID AND SOLAR INVERTERS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7D9"/>
          <w:left w:val="single" w:sz="5" w:color="B8C7D9"/>
          <w:bottom w:val="single" w:sz="5" w:color="B8C7D9"/>
          <w:right w:val="single" w:sz="5" w:color="B8C7D9"/>
          <w:insideH w:val="single" w:sz="5" w:color="B8C7D9"/>
          <w:insideV w:val="single" w:sz="5" w:color="B8C7D9"/>
        </w:tblBorders>
      </w:tblPr>
      <w:tblGrid>
        <w:gridCol w:w="648"/>
        <w:gridCol w:w="1987"/>
        <w:gridCol w:w="1584"/>
        <w:gridCol w:w="3542"/>
        <w:gridCol w:w="1886"/>
        <w:gridCol w:w="1253"/>
      </w:tblGrid>
      <w:tr>
        <w:trPr>
          <w:tblHeader/>
        </w:trPr>
        <w:tc>
          <w:tcPr>
            <w:tcW w:type="dxa" w:w="648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987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Model</w:t>
            </w:r>
          </w:p>
        </w:tc>
        <w:tc>
          <w:tcPr>
            <w:tcW w:type="dxa" w:w="1584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Photo</w:t>
            </w:r>
          </w:p>
        </w:tc>
        <w:tc>
          <w:tcPr>
            <w:tcW w:type="dxa" w:w="3542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TECHNICAL KEY FEATURES</w:t>
            </w:r>
          </w:p>
        </w:tc>
        <w:tc>
          <w:tcPr>
            <w:tcW w:type="dxa" w:w="1886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Distributor Price (KES)</w:t>
            </w:r>
          </w:p>
        </w:tc>
        <w:tc>
          <w:tcPr>
            <w:tcW w:type="dxa" w:w="1253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Warranty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13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DPT11048SMH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33393" cy="850392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93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11 kW</w:t>
              <w:br/>
              <w:t>• 48 V</w:t>
              <w:br/>
              <w:t>• touchscreen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14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DPED11048EMHB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47051" cy="850392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d11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051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11 kW</w:t>
              <w:br/>
              <w:t>• 48 V</w:t>
              <w:br/>
              <w:t>• parallel</w:t>
              <w:br/>
              <w:t>• Pure sine wave output</w:t>
              <w:br/>
              <w:t>• Specification to confirm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15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DPGD4500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07016" cy="850392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d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016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4.5 kW</w:t>
              <w:br/>
              <w:t>• 24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16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DPGD6500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07016" cy="850392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d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016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6.5 kW</w:t>
              <w:br/>
              <w:t>• 48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17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DPGD11100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07016" cy="850392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d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016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11 kW</w:t>
              <w:br/>
              <w:t>• 48 V</w:t>
              <w:br/>
              <w:t>• Pure sine wave output</w:t>
              <w:br/>
              <w:t>• Specification to confirm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18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DPECO-3K12V-HV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25815" cy="850392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co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81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3 kW</w:t>
              <w:br/>
              <w:t>• 12 V</w:t>
              <w:br/>
              <w:t>• 230 V AC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</w:tbl>
    <w:p>
      <w:pPr>
        <w:spacing w:before="140"/>
      </w:pPr>
      <w:r>
        <w:rPr>
          <w:color w:val="6A7481"/>
          <w:sz w:val="14"/>
        </w:rPr>
        <w:t>Source: DRPOWER 2026 catalogue. Photos represent the catalogue product series.</w:t>
      </w:r>
    </w:p>
    <w:p>
      <w:r>
        <w:br w:type="page"/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1691640" cy="279867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2798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00"/>
      </w:pPr>
      <w:r>
        <w:rPr>
          <w:rFonts w:ascii="Arial" w:hAnsi="Arial"/>
          <w:b/>
          <w:color w:val="001C4C"/>
          <w:sz w:val="38"/>
        </w:rPr>
        <w:t>DRPOWER PRODUCT PRICE LIST 2026</w:t>
      </w:r>
    </w:p>
    <w:p>
      <w:pPr>
        <w:spacing w:after="240"/>
      </w:pPr>
      <w:r>
        <w:t>Distributor price in KES</w:t>
      </w:r>
    </w:p>
    <w:p>
      <w:pPr>
        <w:spacing w:after="160"/>
      </w:pPr>
      <w:r>
        <w:rPr>
          <w:b/>
          <w:color w:val="001C4C"/>
          <w:sz w:val="30"/>
        </w:rPr>
        <w:t>HYBRID AND SOLAR INVERTERS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7D9"/>
          <w:left w:val="single" w:sz="5" w:color="B8C7D9"/>
          <w:bottom w:val="single" w:sz="5" w:color="B8C7D9"/>
          <w:right w:val="single" w:sz="5" w:color="B8C7D9"/>
          <w:insideH w:val="single" w:sz="5" w:color="B8C7D9"/>
          <w:insideV w:val="single" w:sz="5" w:color="B8C7D9"/>
        </w:tblBorders>
      </w:tblPr>
      <w:tblGrid>
        <w:gridCol w:w="648"/>
        <w:gridCol w:w="1987"/>
        <w:gridCol w:w="1584"/>
        <w:gridCol w:w="3542"/>
        <w:gridCol w:w="1886"/>
        <w:gridCol w:w="1253"/>
      </w:tblGrid>
      <w:tr>
        <w:trPr>
          <w:tblHeader/>
        </w:trPr>
        <w:tc>
          <w:tcPr>
            <w:tcW w:type="dxa" w:w="648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987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Model</w:t>
            </w:r>
          </w:p>
        </w:tc>
        <w:tc>
          <w:tcPr>
            <w:tcW w:type="dxa" w:w="1584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Photo</w:t>
            </w:r>
          </w:p>
        </w:tc>
        <w:tc>
          <w:tcPr>
            <w:tcW w:type="dxa" w:w="3542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TECHNICAL KEY FEATURES</w:t>
            </w:r>
          </w:p>
        </w:tc>
        <w:tc>
          <w:tcPr>
            <w:tcW w:type="dxa" w:w="1886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Distributor Price (KES)</w:t>
            </w:r>
          </w:p>
        </w:tc>
        <w:tc>
          <w:tcPr>
            <w:tcW w:type="dxa" w:w="1253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Warranty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19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DPECO-4.5K24V-HV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25815" cy="850392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co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81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4.5 kW</w:t>
              <w:br/>
              <w:t>• 24 V</w:t>
              <w:br/>
              <w:t>• 230 V AC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20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DPECO-5.5K48V-HV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25815" cy="850392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co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81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5.5 kW</w:t>
              <w:br/>
              <w:t>• 48 V</w:t>
              <w:br/>
              <w:t>• 230 V AC</w:t>
              <w:br/>
              <w:t>• Pure sine wave output</w:t>
              <w:br/>
              <w:t>• Specification to confirm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21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DPECO-6.5K48V-HV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25815" cy="850392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co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81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6.5 kW</w:t>
              <w:br/>
              <w:t>• 48 V</w:t>
              <w:br/>
              <w:t>• 230 V AC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22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DPECO-4K24V-LV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25815" cy="850392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co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81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4 kW</w:t>
              <w:br/>
              <w:t>• 24 V</w:t>
              <w:br/>
              <w:t>• 120 V AC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23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DPUPS50112/24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62837" cy="850392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ps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837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0.5 kW</w:t>
              <w:br/>
              <w:t>• 12 V</w:t>
              <w:br/>
              <w:t>• Pure sine wave output</w:t>
              <w:br/>
              <w:t>• Specification to confirm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24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DPUPS10224/48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62837" cy="850392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ps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837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 kW</w:t>
              <w:br/>
              <w:t>• 24/48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</w:tbl>
    <w:p>
      <w:pPr>
        <w:spacing w:before="140"/>
      </w:pPr>
      <w:r>
        <w:rPr>
          <w:color w:val="6A7481"/>
          <w:sz w:val="14"/>
        </w:rPr>
        <w:t>Source: DRPOWER 2026 catalogue. Photos represent the catalogue product series.</w:t>
      </w:r>
    </w:p>
    <w:p>
      <w:r>
        <w:br w:type="page"/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1691640" cy="279867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2798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00"/>
      </w:pPr>
      <w:r>
        <w:rPr>
          <w:rFonts w:ascii="Arial" w:hAnsi="Arial"/>
          <w:b/>
          <w:color w:val="001C4C"/>
          <w:sz w:val="38"/>
        </w:rPr>
        <w:t>DRPOWER PRODUCT PRICE LIST 2026</w:t>
      </w:r>
    </w:p>
    <w:p>
      <w:pPr>
        <w:spacing w:after="240"/>
      </w:pPr>
      <w:r>
        <w:t>Distributor price in KES</w:t>
      </w:r>
    </w:p>
    <w:p>
      <w:pPr>
        <w:spacing w:after="160"/>
      </w:pPr>
      <w:r>
        <w:rPr>
          <w:b/>
          <w:color w:val="001C4C"/>
          <w:sz w:val="30"/>
        </w:rPr>
        <w:t>HYBRID AND SOLAR INVERTERS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7D9"/>
          <w:left w:val="single" w:sz="5" w:color="B8C7D9"/>
          <w:bottom w:val="single" w:sz="5" w:color="B8C7D9"/>
          <w:right w:val="single" w:sz="5" w:color="B8C7D9"/>
          <w:insideH w:val="single" w:sz="5" w:color="B8C7D9"/>
          <w:insideV w:val="single" w:sz="5" w:color="B8C7D9"/>
        </w:tblBorders>
      </w:tblPr>
      <w:tblGrid>
        <w:gridCol w:w="648"/>
        <w:gridCol w:w="1987"/>
        <w:gridCol w:w="1584"/>
        <w:gridCol w:w="3542"/>
        <w:gridCol w:w="1886"/>
        <w:gridCol w:w="1253"/>
      </w:tblGrid>
      <w:tr>
        <w:trPr>
          <w:tblHeader/>
        </w:trPr>
        <w:tc>
          <w:tcPr>
            <w:tcW w:type="dxa" w:w="648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987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Model</w:t>
            </w:r>
          </w:p>
        </w:tc>
        <w:tc>
          <w:tcPr>
            <w:tcW w:type="dxa" w:w="1584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Photo</w:t>
            </w:r>
          </w:p>
        </w:tc>
        <w:tc>
          <w:tcPr>
            <w:tcW w:type="dxa" w:w="3542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TECHNICAL KEY FEATURES</w:t>
            </w:r>
          </w:p>
        </w:tc>
        <w:tc>
          <w:tcPr>
            <w:tcW w:type="dxa" w:w="1886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Distributor Price (KES)</w:t>
            </w:r>
          </w:p>
        </w:tc>
        <w:tc>
          <w:tcPr>
            <w:tcW w:type="dxa" w:w="1253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Warranty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25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DPUPS30224/48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62837" cy="850392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ps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837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3 kW</w:t>
              <w:br/>
              <w:t>• 24/48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26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DPUPS50248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62837" cy="850392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ps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837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5 kW</w:t>
              <w:br/>
              <w:t>• 48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27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DPUPS80248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62837" cy="850392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ps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837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8 kW</w:t>
              <w:br/>
              <w:t>• 48 V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28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DPSH-6.2K-48V-EU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19616" cy="850392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h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616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6.2 kW</w:t>
              <w:br/>
              <w:t>• 48 V</w:t>
              <w:br/>
              <w:t>• IP54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29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DPSH-12K-48V-EU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19616" cy="850392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h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616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12 kW</w:t>
              <w:br/>
              <w:t>• 48 V</w:t>
              <w:br/>
              <w:t>• IP54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30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DPW48P1-3kW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00277" cy="850392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1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277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3 kW</w:t>
              <w:br/>
              <w:t>• 48 V</w:t>
              <w:br/>
              <w:t>• single-phase</w:t>
              <w:br/>
              <w:t>• IP66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</w:tbl>
    <w:p>
      <w:pPr>
        <w:spacing w:before="140"/>
      </w:pPr>
      <w:r>
        <w:rPr>
          <w:color w:val="6A7481"/>
          <w:sz w:val="14"/>
        </w:rPr>
        <w:t>Source: DRPOWER 2026 catalogue. Photos represent the catalogue product series.</w:t>
      </w:r>
    </w:p>
    <w:p>
      <w:r>
        <w:br w:type="page"/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1691640" cy="279867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2798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00"/>
      </w:pPr>
      <w:r>
        <w:rPr>
          <w:rFonts w:ascii="Arial" w:hAnsi="Arial"/>
          <w:b/>
          <w:color w:val="001C4C"/>
          <w:sz w:val="38"/>
        </w:rPr>
        <w:t>DRPOWER PRODUCT PRICE LIST 2026</w:t>
      </w:r>
    </w:p>
    <w:p>
      <w:pPr>
        <w:spacing w:after="240"/>
      </w:pPr>
      <w:r>
        <w:t>Distributor price in KES</w:t>
      </w:r>
    </w:p>
    <w:p>
      <w:pPr>
        <w:spacing w:after="160"/>
      </w:pPr>
      <w:r>
        <w:rPr>
          <w:b/>
          <w:color w:val="001C4C"/>
          <w:sz w:val="30"/>
        </w:rPr>
        <w:t>HYBRID AND SOLAR INVERTERS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7D9"/>
          <w:left w:val="single" w:sz="5" w:color="B8C7D9"/>
          <w:bottom w:val="single" w:sz="5" w:color="B8C7D9"/>
          <w:right w:val="single" w:sz="5" w:color="B8C7D9"/>
          <w:insideH w:val="single" w:sz="5" w:color="B8C7D9"/>
          <w:insideV w:val="single" w:sz="5" w:color="B8C7D9"/>
        </w:tblBorders>
      </w:tblPr>
      <w:tblGrid>
        <w:gridCol w:w="648"/>
        <w:gridCol w:w="1987"/>
        <w:gridCol w:w="1584"/>
        <w:gridCol w:w="3542"/>
        <w:gridCol w:w="1886"/>
        <w:gridCol w:w="1253"/>
      </w:tblGrid>
      <w:tr>
        <w:trPr>
          <w:tblHeader/>
        </w:trPr>
        <w:tc>
          <w:tcPr>
            <w:tcW w:type="dxa" w:w="648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987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Model</w:t>
            </w:r>
          </w:p>
        </w:tc>
        <w:tc>
          <w:tcPr>
            <w:tcW w:type="dxa" w:w="1584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Photo</w:t>
            </w:r>
          </w:p>
        </w:tc>
        <w:tc>
          <w:tcPr>
            <w:tcW w:type="dxa" w:w="3542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TECHNICAL KEY FEATURES</w:t>
            </w:r>
          </w:p>
        </w:tc>
        <w:tc>
          <w:tcPr>
            <w:tcW w:type="dxa" w:w="1886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Distributor Price (KES)</w:t>
            </w:r>
          </w:p>
        </w:tc>
        <w:tc>
          <w:tcPr>
            <w:tcW w:type="dxa" w:w="1253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Warranty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31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DPW48P1-4kW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00277" cy="850392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1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277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4 kW</w:t>
              <w:br/>
              <w:t>• 48 V</w:t>
              <w:br/>
              <w:t>• single-phase</w:t>
              <w:br/>
              <w:t>• IP66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32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DPW48P1-5kW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00277" cy="850392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1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277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5 kW</w:t>
              <w:br/>
              <w:t>• 48 V</w:t>
              <w:br/>
              <w:t>• single-phase</w:t>
              <w:br/>
              <w:t>• IP66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33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DPW48P1-6kW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00277" cy="850392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1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277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6 kW</w:t>
              <w:br/>
              <w:t>• 48 V</w:t>
              <w:br/>
              <w:t>• single-phase</w:t>
              <w:br/>
              <w:t>• IP66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34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DPW48P1-8kW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00277" cy="850392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1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277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8 kW</w:t>
              <w:br/>
              <w:t>• 48 V</w:t>
              <w:br/>
              <w:t>• single-phase</w:t>
              <w:br/>
              <w:t>• IP66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35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DPW48P3-8kW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43584" cy="850392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3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84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8 kW</w:t>
              <w:br/>
              <w:t>• 48 V</w:t>
              <w:br/>
              <w:t>• three-phase</w:t>
              <w:br/>
              <w:t>• IP66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36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DPW48P3-10kW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43584" cy="850392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3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84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10 kW</w:t>
              <w:br/>
              <w:t>• 48 V</w:t>
              <w:br/>
              <w:t>• three-phase</w:t>
              <w:br/>
              <w:t>• IP66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</w:tbl>
    <w:p>
      <w:pPr>
        <w:spacing w:before="140"/>
      </w:pPr>
      <w:r>
        <w:rPr>
          <w:color w:val="6A7481"/>
          <w:sz w:val="14"/>
        </w:rPr>
        <w:t>Source: DRPOWER 2026 catalogue. Photos represent the catalogue product series.</w:t>
      </w:r>
    </w:p>
    <w:p>
      <w:r>
        <w:br w:type="page"/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1691640" cy="279867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2798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00"/>
      </w:pPr>
      <w:r>
        <w:rPr>
          <w:rFonts w:ascii="Arial" w:hAnsi="Arial"/>
          <w:b/>
          <w:color w:val="001C4C"/>
          <w:sz w:val="38"/>
        </w:rPr>
        <w:t>DRPOWER PRODUCT PRICE LIST 2026</w:t>
      </w:r>
    </w:p>
    <w:p>
      <w:pPr>
        <w:spacing w:after="240"/>
      </w:pPr>
      <w:r>
        <w:t>Distributor price in KES</w:t>
      </w:r>
    </w:p>
    <w:p>
      <w:pPr>
        <w:spacing w:after="160"/>
      </w:pPr>
      <w:r>
        <w:rPr>
          <w:b/>
          <w:color w:val="001C4C"/>
          <w:sz w:val="30"/>
        </w:rPr>
        <w:t>HYBRID AND SOLAR INVERTERS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7D9"/>
          <w:left w:val="single" w:sz="5" w:color="B8C7D9"/>
          <w:bottom w:val="single" w:sz="5" w:color="B8C7D9"/>
          <w:right w:val="single" w:sz="5" w:color="B8C7D9"/>
          <w:insideH w:val="single" w:sz="5" w:color="B8C7D9"/>
          <w:insideV w:val="single" w:sz="5" w:color="B8C7D9"/>
        </w:tblBorders>
      </w:tblPr>
      <w:tblGrid>
        <w:gridCol w:w="648"/>
        <w:gridCol w:w="1987"/>
        <w:gridCol w:w="1584"/>
        <w:gridCol w:w="3542"/>
        <w:gridCol w:w="1886"/>
        <w:gridCol w:w="1253"/>
      </w:tblGrid>
      <w:tr>
        <w:trPr>
          <w:tblHeader/>
        </w:trPr>
        <w:tc>
          <w:tcPr>
            <w:tcW w:type="dxa" w:w="648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987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Model</w:t>
            </w:r>
          </w:p>
        </w:tc>
        <w:tc>
          <w:tcPr>
            <w:tcW w:type="dxa" w:w="1584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Photo</w:t>
            </w:r>
          </w:p>
        </w:tc>
        <w:tc>
          <w:tcPr>
            <w:tcW w:type="dxa" w:w="3542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TECHNICAL KEY FEATURES</w:t>
            </w:r>
          </w:p>
        </w:tc>
        <w:tc>
          <w:tcPr>
            <w:tcW w:type="dxa" w:w="1886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Distributor Price (KES)</w:t>
            </w:r>
          </w:p>
        </w:tc>
        <w:tc>
          <w:tcPr>
            <w:tcW w:type="dxa" w:w="1253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Warranty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37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DPW48P3-12kW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43584" cy="850392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3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84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12 kW</w:t>
              <w:br/>
              <w:t>• 48 V</w:t>
              <w:br/>
              <w:t>• three-phase</w:t>
              <w:br/>
              <w:t>• IP66</w:t>
              <w:br/>
              <w:t>• Pure sine wave output</w:t>
              <w:br/>
              <w:t>• Specification to confirm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38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DPW48P3-15kW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43584" cy="850392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3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84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15 kW</w:t>
              <w:br/>
              <w:t>• 48 V</w:t>
              <w:br/>
              <w:t>• three-phase</w:t>
              <w:br/>
              <w:t>• IP66</w:t>
              <w:br/>
              <w:t>• Pure sine wave output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</w:tbl>
    <w:p>
      <w:pPr>
        <w:spacing w:before="140"/>
      </w:pPr>
      <w:r>
        <w:rPr>
          <w:color w:val="6A7481"/>
          <w:sz w:val="14"/>
        </w:rPr>
        <w:t>Source: DRPOWER 2026 catalogue. Photos represent the catalogue product series.</w:t>
      </w:r>
    </w:p>
    <w:p>
      <w:r>
        <w:br w:type="page"/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1691640" cy="279867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2798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00"/>
      </w:pPr>
      <w:r>
        <w:rPr>
          <w:rFonts w:ascii="Arial" w:hAnsi="Arial"/>
          <w:b/>
          <w:color w:val="001C4C"/>
          <w:sz w:val="38"/>
        </w:rPr>
        <w:t>DRPOWER PRODUCT PRICE LIST 2026</w:t>
      </w:r>
    </w:p>
    <w:p>
      <w:pPr>
        <w:spacing w:after="240"/>
      </w:pPr>
      <w:r>
        <w:t>Distributor price in KES</w:t>
      </w:r>
    </w:p>
    <w:p>
      <w:pPr>
        <w:spacing w:after="160"/>
      </w:pPr>
      <w:r>
        <w:rPr>
          <w:b/>
          <w:color w:val="001C4C"/>
          <w:sz w:val="30"/>
        </w:rPr>
        <w:t>ALL IN ONE SOLAR SYSTEMS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7D9"/>
          <w:left w:val="single" w:sz="5" w:color="B8C7D9"/>
          <w:bottom w:val="single" w:sz="5" w:color="B8C7D9"/>
          <w:right w:val="single" w:sz="5" w:color="B8C7D9"/>
          <w:insideH w:val="single" w:sz="5" w:color="B8C7D9"/>
          <w:insideV w:val="single" w:sz="5" w:color="B8C7D9"/>
        </w:tblBorders>
      </w:tblPr>
      <w:tblGrid>
        <w:gridCol w:w="648"/>
        <w:gridCol w:w="1987"/>
        <w:gridCol w:w="1584"/>
        <w:gridCol w:w="3542"/>
        <w:gridCol w:w="1886"/>
        <w:gridCol w:w="1253"/>
      </w:tblGrid>
      <w:tr>
        <w:trPr>
          <w:tblHeader/>
        </w:trPr>
        <w:tc>
          <w:tcPr>
            <w:tcW w:type="dxa" w:w="648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987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Model</w:t>
            </w:r>
          </w:p>
        </w:tc>
        <w:tc>
          <w:tcPr>
            <w:tcW w:type="dxa" w:w="1584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Photo</w:t>
            </w:r>
          </w:p>
        </w:tc>
        <w:tc>
          <w:tcPr>
            <w:tcW w:type="dxa" w:w="3542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TECHNICAL KEY FEATURES</w:t>
            </w:r>
          </w:p>
        </w:tc>
        <w:tc>
          <w:tcPr>
            <w:tcW w:type="dxa" w:w="1886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Distributor Price (KES)</w:t>
            </w:r>
          </w:p>
        </w:tc>
        <w:tc>
          <w:tcPr>
            <w:tcW w:type="dxa" w:w="1253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Warranty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39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DPMES300-1000WH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868191" cy="850392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rtab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191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300 W inverter + 1 kWh battery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40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DPMESL3000-5248WH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76215" cy="850392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1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3 kW + 5.12 kWh</w:t>
              <w:br/>
              <w:t>• low-frequency</w:t>
              <w:br/>
              <w:t>• 51.2 V</w:t>
              <w:br/>
              <w:t>• Specification to confirm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41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DPMESL3000-10240WH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76215" cy="850392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1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3 kW + 10 kWh</w:t>
              <w:br/>
              <w:t>• low-frequency</w:t>
              <w:br/>
              <w:t>• 51.2 V</w:t>
              <w:br/>
              <w:t>• Specification to confirm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42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DPMESL5000-10240WH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76215" cy="850392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1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5 kW + 10 kWh</w:t>
              <w:br/>
              <w:t>• low-frequency</w:t>
              <w:br/>
              <w:t>• 51.2 V</w:t>
              <w:br/>
              <w:t>• Specification to confirm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43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DPMESL5000-15000WH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76215" cy="850392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1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5 kW + 15 kWh</w:t>
              <w:br/>
              <w:t>• low-frequency</w:t>
              <w:br/>
              <w:t>• 51.2 V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44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DPMESL8000-15000WH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76215" cy="850392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15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8 kW + 15 kWh</w:t>
              <w:br/>
              <w:t>• low-frequency</w:t>
              <w:br/>
              <w:t>• 51.2 V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</w:tbl>
    <w:p>
      <w:pPr>
        <w:spacing w:before="140"/>
      </w:pPr>
      <w:r>
        <w:rPr>
          <w:color w:val="6A7481"/>
          <w:sz w:val="14"/>
        </w:rPr>
        <w:t>Source: DRPOWER 2026 catalogue. Photos represent the catalogue product series.</w:t>
      </w:r>
    </w:p>
    <w:p>
      <w:r>
        <w:br w:type="page"/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1691640" cy="279867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2798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00"/>
      </w:pPr>
      <w:r>
        <w:rPr>
          <w:rFonts w:ascii="Arial" w:hAnsi="Arial"/>
          <w:b/>
          <w:color w:val="001C4C"/>
          <w:sz w:val="38"/>
        </w:rPr>
        <w:t>DRPOWER PRODUCT PRICE LIST 2026</w:t>
      </w:r>
    </w:p>
    <w:p>
      <w:pPr>
        <w:spacing w:after="240"/>
      </w:pPr>
      <w:r>
        <w:t>Distributor price in KES</w:t>
      </w:r>
    </w:p>
    <w:p>
      <w:pPr>
        <w:spacing w:after="160"/>
      </w:pPr>
      <w:r>
        <w:rPr>
          <w:b/>
          <w:color w:val="001C4C"/>
          <w:sz w:val="30"/>
        </w:rPr>
        <w:t>ALL IN ONE SOLAR SYSTEMS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7D9"/>
          <w:left w:val="single" w:sz="5" w:color="B8C7D9"/>
          <w:bottom w:val="single" w:sz="5" w:color="B8C7D9"/>
          <w:right w:val="single" w:sz="5" w:color="B8C7D9"/>
          <w:insideH w:val="single" w:sz="5" w:color="B8C7D9"/>
          <w:insideV w:val="single" w:sz="5" w:color="B8C7D9"/>
        </w:tblBorders>
      </w:tblPr>
      <w:tblGrid>
        <w:gridCol w:w="648"/>
        <w:gridCol w:w="1987"/>
        <w:gridCol w:w="1584"/>
        <w:gridCol w:w="3542"/>
        <w:gridCol w:w="1886"/>
        <w:gridCol w:w="1253"/>
      </w:tblGrid>
      <w:tr>
        <w:trPr>
          <w:tblHeader/>
        </w:trPr>
        <w:tc>
          <w:tcPr>
            <w:tcW w:type="dxa" w:w="648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987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Model</w:t>
            </w:r>
          </w:p>
        </w:tc>
        <w:tc>
          <w:tcPr>
            <w:tcW w:type="dxa" w:w="1584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Photo</w:t>
            </w:r>
          </w:p>
        </w:tc>
        <w:tc>
          <w:tcPr>
            <w:tcW w:type="dxa" w:w="3542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TECHNICAL KEY FEATURES</w:t>
            </w:r>
          </w:p>
        </w:tc>
        <w:tc>
          <w:tcPr>
            <w:tcW w:type="dxa" w:w="1886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Distributor Price (KES)</w:t>
            </w:r>
          </w:p>
        </w:tc>
        <w:tc>
          <w:tcPr>
            <w:tcW w:type="dxa" w:w="1253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Warranty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45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DPMESH3600-5248HG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33130" cy="850392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13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3.6 kW + 5.248 kWh</w:t>
              <w:br/>
              <w:t>• high-frequency</w:t>
              <w:br/>
              <w:t>• Specification to confirm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2 Years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46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DPMESH3600-8000HG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33130" cy="850392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13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3.6 kW + 8 kWh</w:t>
              <w:br/>
              <w:t>• high-frequency</w:t>
              <w:br/>
              <w:t>• Specification to confirm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2 Years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47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DPMESH6500-16000HG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33130" cy="850392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13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6.5 kW + 16 kWh</w:t>
              <w:br/>
              <w:t>• high-frequency</w:t>
              <w:br/>
              <w:t>• Specification to confirm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2 Years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48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DPMESH11000-16000HG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33130" cy="850392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13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11 kW + 16 kWh</w:t>
              <w:br/>
              <w:t>• high-frequency</w:t>
              <w:br/>
              <w:t>• Specification to confirm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2 Years</w:t>
            </w:r>
          </w:p>
        </w:tc>
      </w:tr>
    </w:tbl>
    <w:p>
      <w:pPr>
        <w:spacing w:before="140"/>
      </w:pPr>
      <w:r>
        <w:rPr>
          <w:color w:val="6A7481"/>
          <w:sz w:val="14"/>
        </w:rPr>
        <w:t>Source: DRPOWER 2026 catalogue. Photos represent the catalogue product series.</w:t>
      </w:r>
    </w:p>
    <w:p>
      <w:r>
        <w:br w:type="page"/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1691640" cy="279867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2798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00"/>
      </w:pPr>
      <w:r>
        <w:rPr>
          <w:rFonts w:ascii="Arial" w:hAnsi="Arial"/>
          <w:b/>
          <w:color w:val="001C4C"/>
          <w:sz w:val="38"/>
        </w:rPr>
        <w:t>DRPOWER PRODUCT PRICE LIST 2026</w:t>
      </w:r>
    </w:p>
    <w:p>
      <w:pPr>
        <w:spacing w:after="240"/>
      </w:pPr>
      <w:r>
        <w:t>Distributor price in KES</w:t>
      </w:r>
    </w:p>
    <w:p>
      <w:pPr>
        <w:spacing w:after="160"/>
      </w:pPr>
      <w:r>
        <w:rPr>
          <w:b/>
          <w:color w:val="001C4C"/>
          <w:sz w:val="30"/>
        </w:rPr>
        <w:t>LITHIUM BATTERIES AND ENERGY STORAGE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7D9"/>
          <w:left w:val="single" w:sz="5" w:color="B8C7D9"/>
          <w:bottom w:val="single" w:sz="5" w:color="B8C7D9"/>
          <w:right w:val="single" w:sz="5" w:color="B8C7D9"/>
          <w:insideH w:val="single" w:sz="5" w:color="B8C7D9"/>
          <w:insideV w:val="single" w:sz="5" w:color="B8C7D9"/>
        </w:tblBorders>
      </w:tblPr>
      <w:tblGrid>
        <w:gridCol w:w="648"/>
        <w:gridCol w:w="1987"/>
        <w:gridCol w:w="1584"/>
        <w:gridCol w:w="3542"/>
        <w:gridCol w:w="1886"/>
        <w:gridCol w:w="1253"/>
      </w:tblGrid>
      <w:tr>
        <w:trPr>
          <w:tblHeader/>
        </w:trPr>
        <w:tc>
          <w:tcPr>
            <w:tcW w:type="dxa" w:w="648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987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Model</w:t>
            </w:r>
          </w:p>
        </w:tc>
        <w:tc>
          <w:tcPr>
            <w:tcW w:type="dxa" w:w="1584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Photo</w:t>
            </w:r>
          </w:p>
        </w:tc>
        <w:tc>
          <w:tcPr>
            <w:tcW w:type="dxa" w:w="3542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TECHNICAL KEY FEATURES</w:t>
            </w:r>
          </w:p>
        </w:tc>
        <w:tc>
          <w:tcPr>
            <w:tcW w:type="dxa" w:w="1886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Distributor Price (KES)</w:t>
            </w:r>
          </w:p>
        </w:tc>
        <w:tc>
          <w:tcPr>
            <w:tcW w:type="dxa" w:w="1253"/>
            <w:shd w:fill="001C4C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Warranty</w:t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49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DPSLF512100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495657" cy="850392"/>
                  <wp:docPr id="59" name="Picture 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1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657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5.12 kWh</w:t>
              <w:br/>
              <w:t>• 51.2 V</w:t>
              <w:br/>
              <w:t>• 100 Ah</w:t>
              <w:br/>
              <w:t>• LiFePO4</w:t>
              <w:br/>
              <w:t>• RS485 / RS232 / CAN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50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DPSLF512200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45766" cy="850392"/>
                  <wp:docPr id="60" name="Picture 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2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66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10.24 kWh</w:t>
              <w:br/>
              <w:t>• 51.2 V</w:t>
              <w:br/>
              <w:t>• 200 Ah</w:t>
              <w:br/>
              <w:t>• LiFePO4</w:t>
              <w:br/>
              <w:t>• RS485 / RS232 / CAN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51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DPSLF512300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593131" cy="850392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30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131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15.36 kWh</w:t>
              <w:br/>
              <w:t>• 51.2 V</w:t>
              <w:br/>
              <w:t>• 300 Ah</w:t>
              <w:br/>
              <w:t>• LiFePO4</w:t>
              <w:br/>
              <w:t>• RS485 / RS232 / CAN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52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DPSLFH30KWH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07614" cy="850392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v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614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29.952 kWh</w:t>
              <w:br/>
              <w:t>• 288 V</w:t>
              <w:br/>
              <w:t>• 104 Ah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53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DPSLFH67KWH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07614" cy="850392"/>
                  <wp:docPr id="63" name="Picture 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v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614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67.2 kWh</w:t>
              <w:br/>
              <w:t>• 240 V</w:t>
              <w:br/>
              <w:t>• 280 Ah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54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DPSLFH128KWH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607614" cy="850392"/>
                  <wp:docPr id="64" name="Picture 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v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614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128.614 kWh</w:t>
              <w:br/>
              <w:t>• 409.6 V</w:t>
              <w:br/>
              <w:t>• 314 Ah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  <w:tr>
        <w:trPr>
          <w:cantSplit/>
          <w:trHeight w:val="1584"/>
        </w:trPr>
        <w:tc>
          <w:tcPr>
            <w:tcW w:type="dxa" w:w="648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34"/>
              </w:rPr>
              <w:t>55</w:t>
            </w:r>
          </w:p>
        </w:tc>
        <w:tc>
          <w:tcPr>
            <w:tcW w:type="dxa" w:w="1987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  <w:t>DPESS130K261KWH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868678" cy="433682"/>
                  <wp:docPr id="65" name="Picture 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s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78" cy="4336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4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left"/>
            </w:pPr>
            <w:r/>
            <w:r>
              <w:rPr>
                <w:b w:val="0"/>
                <w:color w:val="001C4C"/>
                <w:sz w:val="18"/>
              </w:rPr>
              <w:t>• 130 kW + 261 kWh</w:t>
              <w:br/>
              <w:t>• three-phase</w:t>
            </w:r>
          </w:p>
        </w:tc>
        <w:tc>
          <w:tcPr>
            <w:tcW w:type="dxa" w:w="1886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 w:val="0"/>
                <w:color w:val="001C4C"/>
                <w:sz w:val="18"/>
              </w:rPr>
            </w:r>
          </w:p>
        </w:tc>
        <w:tc>
          <w:tcPr>
            <w:tcW w:type="dxa" w:w="125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jc w:val="center"/>
            </w:pPr>
            <w:r/>
            <w:r>
              <w:rPr>
                <w:b/>
                <w:color w:val="001C4C"/>
                <w:sz w:val="18"/>
              </w:rPr>
            </w:r>
          </w:p>
        </w:tc>
      </w:tr>
    </w:tbl>
    <w:p>
      <w:pPr>
        <w:spacing w:before="140"/>
      </w:pPr>
      <w:r>
        <w:rPr>
          <w:color w:val="6A7481"/>
          <w:sz w:val="14"/>
        </w:rPr>
        <w:t>Source: DRPOWER 2026 catalogue. Photos represent the catalogue product series.</w:t>
      </w:r>
    </w:p>
    <w:sectPr w:rsidR="00FC693F" w:rsidRPr="0006063C" w:rsidSect="00034616">
      <w:footerReference w:type="default" r:id="rId29"/>
      <w:pgSz w:w="11909" w:h="16834"/>
      <w:pgMar w:top="648" w:right="504" w:bottom="648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DRPOWER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